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943600" cy="8915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promotional_flyer_for_Waynesville_Urgent_Care_a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